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עבודה עם כל 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לוח כללי שמתאים לכל טקסט בכל מקצוע: כותרת, מבנה, סוג, מילות מפתח ורעיון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יסודי / חט״ב /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https://kubiyot-lemida.sites.tab.bot/luach-tekst-klali.html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מקרא הקוביה: 1 – כותרת; 2 – מבנה; 3 – סוג טקסט; 4 – מילות מפתח; 5 – רעיון מרכזי; 6 – שאלה לכותב/ת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לוח המשימות והקוביה לקיפול – בעמוד הלוח באתר.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לפי הסדר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על הגג היו רק אבק ואבנים   2) השכנה שתלה עגבניות בשלושה עציצים   3) הילדים צחקו   4) השכנה תלתה דף על הדלת   5) אחרי חודש עלו עשרה   6) נוצרה "גינה של כולם"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 – סיפור קצר   2) א – כשעובדים יחד אפשר לשנות מקום   3) א – גינה של כולם   4) א – לא האמינו שמישהו יעלה כל יום להשקות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לא נכון – בהתחלה עלו רק שניים   2) נכון   3) נכון   4) לא נכון – ספסל עץ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לפי הלוח   2) כנ״ל   3)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📰 עבודה עם כל טקסט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תרגלו את מה שעשיתם בתחנת הקוביות: לוח כללי שמתאים לכל טקסט בכל מקצוע: כותרת, מבנה, סוג, מילות מפתח ורעיון.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טקסט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📰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משהו כתוב לקריאה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פסקה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כמה משפטים יחד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🏷️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השם של הטקסט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מילת מפתח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 חשובה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רעיון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חשוב בטקסט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סדרו לפי הסדר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את השלבים לפי הסדר הנכון (1 = ראשון).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גינה של כולם (סיפור קצר)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על הגג של הבניין שלנו היו פעם רק אבק ואבנים. יום אחד הביאה השכנה מהקומה השלישית שלושה עציצים ושתלה בהם עגבניות.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הילדים בבניין צחקו: "מי יעלה כל יום לגג להשקות?" אבל השכנה לא ויתרה. היא תלתה על הדלת דף גדול וכתבה עליו: "מי שרוצה לעזור – מוזמן!"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בהתחלה עלו רק שניים. אחרי חודש כבר עלו עשרה. היום יש על הגג גינה ירוקה, ספסל עץ ושלט קטן: "גינה של כולם".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בכל יום שישי אנחנו נפגשים שם, קוטפים, משקים ומספרים מה עבר עלינו בשבוע.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על הגג היו רק אבק ואבנים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אחרי חודש עלו עשרה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נוצרה "גינה של כולם"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השכנה תלתה דף על הדלת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השכנה שתלה עגבניות בשלושה עציצים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הילדים צחקו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סוג הטקסט "גינה של כולם"?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סיפור קצר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מתכון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מכתב רשמי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הרעיון המרכזי?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כשעובדים יחד אפשר לשנות מקום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עגבניות גדלות מהר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אסור לעלות לגג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כתוב בשלט הקטן שעל הגג?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גינה של כולם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מי שרוצה לעזור – מוזמן!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אסור לקטוף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למה, לדעתכם, הילדים צחקו בהתחלה?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לא האמינו שמישהו יעלה כל יום להשקות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כי השכנה סיפרה בדיחה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כי העגבניות היו כחולות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המתאימה. אם לא נכון – תקנו בעל פה או בכתב.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בהתחלה עלו לגג עשרה אנשים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השכנה תלתה דף על הדלת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נפגשים בגינה בכל יום שישי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על הגג יש ספסל ברזל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גלגול 1: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גלגול 2: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גלגול 3: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 קצרה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משימה אחת מהלוח (עבודה עם כל טקסט)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עבודה עם כל טקסט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