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עבר, הווה, עתיד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זמני הפועל והטיה בזמנים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https://kubiyot-lemida.sites.tab.bot/luach-zmanim.html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עבר; 2 – הווה; 3 – עתיד; 4 – ציווי; 5 – מחליפים זמן;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עבר: שתלה, צחקו, ויתרה   הווה: נפגשים, קוטפים, משקים   עתיד: יעלה, נשתול, יבואו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נלך   2) א – עבר, אתם   3) א – סגרו!   4) א – הם ישחקו בחצר   5) א – אתמול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נכון   3) לא נכון – זו צורת עבר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עבר, הווה, עתיד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זמני הפועל והטיה בזמנים.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ויתרה  |  צחקו  |  שתלה  |  יבואו  |  קוטפים  |  יעלה  |  משקים  |  נשתול  |  נפגשים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הווה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עתיד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"מחר ____ לגינה." – איזו מילה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הלכנו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הצורה "כתבתם"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עבר,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עתיד,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הווה, אתם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ציווי לרבים של "לסגור":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סגרו!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יסגרו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"הם שיחקו בחצר" בעתיד: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הם ישחקו בחצר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הם משחקים בחצר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שחקו בחצר!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איזו מילת זמן מתאימה לעבר?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אתמול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עכשיו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"אלמד" היא צורת עתיד, גוף ראשון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"הולכות" היא צורת הווה, 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"כתבתי" היא צורת הווה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"שבו!" הוא פועל בציווי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(עבר, הווה, עתיד)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עבר, הווה, עתיד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